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63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401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Акушинский район</w:t>
      </w:r>
    </w:p>
    <w:p>
      <w:pPr>
        <w:autoSpaceDN w:val="0"/>
        <w:autoSpaceDE w:val="0"/>
        <w:widowControl/>
        <w:spacing w:line="230" w:lineRule="auto" w:before="670" w:after="1436"/>
        <w:ind w:left="0" w:right="335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"Акушинская СОШ №2"</w:t>
      </w:r>
    </w:p>
    <w:p>
      <w:pPr>
        <w:sectPr>
          <w:pgSz w:w="11900" w:h="16840"/>
          <w:pgMar w:top="298" w:right="870" w:bottom="398" w:left="1440" w:header="720" w:footer="720" w:gutter="0"/>
          <w:cols w:space="720" w:num="1" w:equalWidth="0"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816" w:right="28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СОГЛАСОВАНО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Заместитель директора по УВР</w:t>
      </w:r>
    </w:p>
    <w:p>
      <w:pPr>
        <w:sectPr>
          <w:type w:val="continuous"/>
          <w:pgSz w:w="11900" w:h="16840"/>
          <w:pgMar w:top="298" w:right="870" w:bottom="398" w:left="1440" w:header="720" w:footer="720" w:gutter="0"/>
          <w:cols w:space="720" w:num="2" w:equalWidth="0"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182"/>
        <w:ind w:left="398" w:right="1872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УТВЕРЖДЕНО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Директор</w:t>
      </w:r>
    </w:p>
    <w:p>
      <w:pPr>
        <w:sectPr>
          <w:type w:val="nextColumn"/>
          <w:pgSz w:w="11900" w:h="16840"/>
          <w:pgMar w:top="298" w:right="870" w:bottom="398" w:left="1440" w:header="720" w:footer="720" w:gutter="0"/>
          <w:cols w:space="720" w:num="2" w:equalWidth="0">
            <w:col w:w="5934" w:space="0"/>
            <w:col w:w="3656" w:space="0"/>
            <w:col w:w="9590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1400.0" w:type="dxa"/>
      </w:tblPr>
      <w:tblGrid>
        <w:gridCol w:w="4795"/>
        <w:gridCol w:w="4795"/>
      </w:tblGrid>
      <w:tr>
        <w:trPr>
          <w:trHeight w:hRule="exact" w:val="898"/>
        </w:trPr>
        <w:tc>
          <w:tcPr>
            <w:tcW w:type="dxa" w:w="39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0" w:after="0"/>
              <w:ind w:left="1416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Магомедова С. А.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 г.</w:t>
            </w:r>
          </w:p>
        </w:tc>
        <w:tc>
          <w:tcPr>
            <w:tcW w:type="dxa" w:w="32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0" w:after="0"/>
              <w:ind w:left="992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Ризванов Т.М.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г.</w:t>
            </w:r>
          </w:p>
        </w:tc>
      </w:tr>
    </w:tbl>
    <w:p>
      <w:pPr>
        <w:autoSpaceDN w:val="0"/>
        <w:autoSpaceDE w:val="0"/>
        <w:widowControl/>
        <w:spacing w:line="262" w:lineRule="auto" w:before="978" w:after="0"/>
        <w:ind w:left="3024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2425360)</w:t>
      </w:r>
    </w:p>
    <w:p>
      <w:pPr>
        <w:autoSpaceDN w:val="0"/>
        <w:autoSpaceDE w:val="0"/>
        <w:widowControl/>
        <w:spacing w:line="262" w:lineRule="auto" w:before="166" w:after="0"/>
        <w:ind w:left="3600" w:right="3888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«Музыка»</w:t>
      </w:r>
    </w:p>
    <w:p>
      <w:pPr>
        <w:autoSpaceDN w:val="0"/>
        <w:autoSpaceDE w:val="0"/>
        <w:widowControl/>
        <w:spacing w:line="262" w:lineRule="auto" w:before="670" w:after="0"/>
        <w:ind w:left="2304" w:right="2736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5 класса основного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7928" w:right="0" w:hanging="3816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Магомедалиева Марьям Багандалиевна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музыки</w:t>
      </w:r>
    </w:p>
    <w:p>
      <w:pPr>
        <w:autoSpaceDN w:val="0"/>
        <w:autoSpaceDE w:val="0"/>
        <w:widowControl/>
        <w:spacing w:line="230" w:lineRule="auto" w:before="2830" w:after="0"/>
        <w:ind w:left="0" w:right="43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с.Акуша 2021</w:t>
      </w:r>
    </w:p>
    <w:p>
      <w:pPr>
        <w:sectPr>
          <w:type w:val="continuous"/>
          <w:pgSz w:w="11900" w:h="16840"/>
          <w:pgMar w:top="298" w:right="870" w:bottom="398" w:left="1440" w:header="720" w:footer="720" w:gutter="0"/>
          <w:cols w:space="720" w:num="1" w:equalWidth="0"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1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предмету «Музыка» на уровне 5 класса основного общего образования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составлена на основе Требований к результатам освоения программы основного общего образования,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представленных в Федеральном государственном образовательном стандарте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образования, с учётом распределённых по модулям проверяемых требований к результатам освоения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основной образовательной программы основного общего образования по предмету «Музыка»,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Примерной программы воспитания.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«МУЗЫКА»</w:t>
      </w:r>
    </w:p>
    <w:p>
      <w:pPr>
        <w:autoSpaceDN w:val="0"/>
        <w:autoSpaceDE w:val="0"/>
        <w:widowControl/>
        <w:spacing w:line="286" w:lineRule="auto" w:before="168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— универсальный антропологический феномен, неизменно присутствующий во всех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культурах и цивилизациях на протяжении всей истории человечества. Используя интонационно-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выразительные средства, она способна порождать эстетические эмоции, разнообразные чувства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мысли, яркие художественные образы, для которых характерны, с одной стороны, высокий уровень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обобщённости, с другой — глубокая степень психологической вовлечённости личности. Эта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особенность открывает уникальный потенциал для развития внутреннего мира человека,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гармонизации его взаимоотношений с самим собой, другими людьми, окружающим миром через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занятия музыкальным искусством.</w:t>
      </w:r>
    </w:p>
    <w:p>
      <w:pPr>
        <w:autoSpaceDN w:val="0"/>
        <w:autoSpaceDE w:val="0"/>
        <w:widowControl/>
        <w:spacing w:line="28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действует на невербальном уровне и развивает такие важнейшие качества и свойства,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целостное восприятие мира, интуиция, сопереживание, содержательная рефлексия. Огромное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значение имеет музыка в качестве универсального языка, не требующего перевода, позволяющего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 принимать образ жизни, способ мышления и мировоззрение представителей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народов и культур.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Музыка, являясь эффективным способом коммуникации, обеспечивает межличностное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социальное взаимодействие людей, в том числе является средством сохранения и передачи идей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смыслов, рождённых в предыдущие века и отражённых в народной, духовной музыке, произведениях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великих композиторов прошлого. Особое значение приобретает музыкальное воспитание в свете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целей и задач укрепления национальной идентичности. Родные интонации, мелодии и ритмы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являются квинтэссенцией культурного кода, сохраняющего в свёрнутом виде всю систему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мировоззрения предков, передаваемую музыкой не только через сознание, но и на более глубоком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подсознательном — уровне.</w:t>
      </w:r>
    </w:p>
    <w:p>
      <w:pPr>
        <w:autoSpaceDN w:val="0"/>
        <w:autoSpaceDE w:val="0"/>
        <w:widowControl/>
        <w:spacing w:line="276" w:lineRule="auto" w:before="7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— временнóе искусство. В связи с этим важнейшим вкладом в развитие комплекса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психических качеств личности является способность музыки развивать чувство времени, чуткость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распознаванию причинно-следственных связей и логики развития событий, обогощать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индивидуальный опыт в предвидении будущего и его сравнении с прошлым.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обеспечивает развитие интеллектуальных и творческих способностей ребёнка, развивает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его абстрактное мышление, память и воображение, формирует умения и навыки в сфере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эмоционального интеллекта, способствует самореализации и самопринятию личности. Таким образом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музыкальное обучение и воспитание вносит огромный вклад в эстетическое и нравственное развитие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ребёнка, формирование всей системы ценностей.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Рабочая программа позволит учителю:</w:t>
      </w:r>
    </w:p>
    <w:p>
      <w:pPr>
        <w:autoSpaceDN w:val="0"/>
        <w:autoSpaceDE w:val="0"/>
        <w:widowControl/>
        <w:spacing w:line="271" w:lineRule="auto" w:before="17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реализовать в процессе преподавания музыки современные подходы к формированию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личностных, метапредметных и предметных результатов обучения, сформулированных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Федеральном государственном образовательном стандарте основного общего образования;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определить и структурировать планируемые результаты обучения и содержание учебного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предмета «Музыка» по годам обучения в соответствии с ФГОС ООО (утв. приказом</w:t>
      </w:r>
    </w:p>
    <w:p>
      <w:pPr>
        <w:sectPr>
          <w:pgSz w:w="11900" w:h="16840"/>
          <w:pgMar w:top="298" w:right="650" w:bottom="308" w:left="666" w:header="720" w:footer="720" w:gutter="0"/>
          <w:cols w:space="720" w:num="1" w:equalWidth="0"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Министерства образования и науки РФ от 17 декабря 2010 г. № 1897, с изменениями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дополнениями от 29 декабря 2014 г., 31 декабря 2015 г., 11 декабря 2020 г.); Примерной основной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образовательной программой основного общего образования (в редакции протокола № 1/20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04.02.2020 Федерального учебно-методического объединения по общему образованию);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Примерной программой воспитания (одобрена решением Федерального учебно-методического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объединения по общему образованию, протокол от 2 июня 2020 г. №2/20);</w:t>
      </w:r>
    </w:p>
    <w:p>
      <w:pPr>
        <w:autoSpaceDN w:val="0"/>
        <w:autoSpaceDE w:val="0"/>
        <w:widowControl/>
        <w:spacing w:line="276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разработать календарно-тематическое планирование с учётом особенностей конкретного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региона, образовательного учреждения, класса, используя рекомендованное в рабочей программе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примерное распределение учебного времени на изучение определённого раздела/темы, а также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предложенные основные виды учебной деятельности для освоения учебного материала.</w:t>
      </w:r>
    </w:p>
    <w:p>
      <w:pPr>
        <w:autoSpaceDN w:val="0"/>
        <w:autoSpaceDE w:val="0"/>
        <w:widowControl/>
        <w:spacing w:line="230" w:lineRule="auto" w:before="32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 ЗАДАЧИ ИЗУЧЕНИЯ УЧЕБНОГО ПРЕДМЕТА «МУЗЫКА»</w:t>
      </w:r>
    </w:p>
    <w:p>
      <w:pPr>
        <w:autoSpaceDN w:val="0"/>
        <w:autoSpaceDE w:val="0"/>
        <w:widowControl/>
        <w:spacing w:line="276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жизненно необходима для полноценного образования и воспитания ребёнка, развития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психики, эмоциональной и интеллектуальной сфер, творческого потенциала. Признание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самоценности творческого развития человека, уникального вклада искусства в образование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воспитание делает неприменимыми критерии утилитарности.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Основная цель реализации программы — воспитание музыкальной культуры как части всей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духовной культуры обучающихся. Основным содержанием музыкального обучения и воспитания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является личный и коллективный опыт проживания и осознания специфического комплекса эмоций,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чувств, образов, идей, порождаемых ситуациями эстетического восприятия (постижение мира через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переживание, интонационно-смысловое обобщение, содержательный анализ произведений,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моделирование художественно-творческого процесса, самовыражение через творчество).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процессе конкретизации учебных целей их реализация осуществляется по следующим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направлениям: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1) становление системы ценностей обучающихся, развитие целостного миропонимания в единстве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эмоциональной и познавательной сферы;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2) развитие потребности в общении с произведениями искусства, осознание значения музыкального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 как универсальной формы невербальной коммуникации между людьми разных эпох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народов, эффективного способа автокоммуникации;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3) формирование творческих способностей ребёнка, развитие внутренней мотивации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интонационно-содержательной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2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Важнейшими задачами изучения предмета «Музыка» в основной школе являются: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1.   Приобщение к общечеловеческим духовным ценностям через личный психологический опыт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эмоционально-эстетического переживания.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   Осознание социальной функции музыки. Стремление понять закономерности развития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музыкального искусства, условия разнообразного проявления и бытования музыки в человеческом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обществе, специфики её воздействия на человека.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   Формирование ценностных личных предпочтений в сфере музыкального искусства. Воспитание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уважительного отношения к системе культурных ценностей других людей. Приверженность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парадигме сохранения и развития культурного многообразия.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4.   Формирование целостного представления о комплексе выразительных средств музыкального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искусства. Освоение ключевых элементов музыкального языка, характерных для различных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музыкальных стилей.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5.   Развитие общих и специальных музыкальных способностей, совершенствование в предметных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умениях и навыках, в том числе: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а) слушание (расширение приёмов и навыков вдумчивого, осмысленного восприятия музыки;</w:t>
      </w:r>
    </w:p>
    <w:p>
      <w:pPr>
        <w:sectPr>
          <w:pgSz w:w="11900" w:h="16840"/>
          <w:pgMar w:top="298" w:right="718" w:bottom="362" w:left="666" w:header="720" w:footer="720" w:gutter="0"/>
          <w:cols w:space="720" w:num="1" w:equalWidth="0"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8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аналитической, оценочной, рефлексивной деятельности в связи с прослушанным музыкальным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произведением);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б) исполнение (пение в различных манерах, составах, стилях; игра на доступных музыкальных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инструментах, опыт исполнительской деятельности на электронных и виртуальных музыкальных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инструментах);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в) сочинение (элементы вокальной и инструментальной импровизации, композиции, аранжировки,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том числе с использованием цифровых программных продуктов);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г) музыкальное движение (пластическое интонирование, инсценировка, танец, двигательное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моделирование и др.);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д) творческие проекты, музыкально-театральная деятельность (концерты, фестивали,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е) исследовательская деятельность на материале музыкального искусства.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6.   Расширение культурного кругозора, накопление знаний о музыке и музыкантах, достаточное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активного, осознанного восприятия лучших образцов народного и профессионального искусства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родной страны и мира, ориентации в истории развития музыкального искусства и современной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музыкальной культуре.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составлена на основе модульного принципа построения учебного материала и допускает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вариативный подход к очерёдности изучения модулей, принципам компоновки учебных тем, форм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методов освоения содержания.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предмета «Музыка» структурно представлено девятью модулями (тематическими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линиями), обеспечивающими преемственность с образовательной программой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и непрерывность изучения предмета и образовательной области «Искусство»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протяжении всего курса школьного обучения: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1 «Музыка моего края»;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2 «Народное музыкальное творчество России»;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3 «Музыка народов мира»;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4 «Европейская классическая музыка»;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5 «Русская классическая музыка»;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6 «Истоки и образы русской и европейской духовной музыки»;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7 «Современная музыка: основные жанры и направления»;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8 «Связь музыки с другими видами искусства»;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модуль № 9 «Жанры музыкального искусства».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«МУЗЫКА» В УЧЕБНОМ ПЛАНЕ</w:t>
      </w:r>
    </w:p>
    <w:p>
      <w:pPr>
        <w:autoSpaceDN w:val="0"/>
        <w:autoSpaceDE w:val="0"/>
        <w:widowControl/>
        <w:spacing w:line="271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Федеральным государственным образовательным стандартом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учебный предмет «Музыка» входит в предметную область «Искусство»,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обязательным для изучения и преподаётся в основной школе с 5 по 8 класс включительно.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предмета «Музыка» предполагает активную социокультурную деятельность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обучающихся, участие в исследовательских и творческих проектах, в том числе основанных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межпредметных связях с такими дисциплинами образовательной программы, как «Изобразительное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искусство», «Литература», «География», «История», «Обществознание», «Иностранный язык» и др.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Общее число часов, отведённых на изучение предмета «Музыка» в 5 классе составляет 34 часа (не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менее 1 часа в неделю).</w:t>
      </w:r>
    </w:p>
    <w:p>
      <w:pPr>
        <w:sectPr>
          <w:pgSz w:w="11900" w:h="16840"/>
          <w:pgMar w:top="286" w:right="682" w:bottom="968" w:left="666" w:header="720" w:footer="720" w:gutter="0"/>
          <w:cols w:space="720" w:num="1" w:equalWidth="0">
            <w:col w:w="10552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216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2"/>
            <w:gridSpan w:val="3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164"/>
            <w:vMerge w:val="restart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64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роднит музыку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литературой.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Вокальная музыка. Песня.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216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Мир русской песни</w:t>
            </w:r>
          </w:p>
        </w:tc>
        <w:tc>
          <w:tcPr>
            <w:tcW w:type="dxa" w:w="734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Вокальная музыка. Романс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Фольклор в музыке русских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композиторов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Жанры инструментальной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вокальной музыки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Вторая жизнь песни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"Всю жизнь мою несу родину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душе..."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Писатели и поэты о музыке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музыкантах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Писатели и поэты 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музыкантах. "О, Моцарт, бог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сам того не знаешь..."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Первое путешествие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музыкальный театр. Опера.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Второе путешествие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музыкальный театр. Балет.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Второе путешествие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музыкальный театр. Балет.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Третье путешествие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музыкальный театр. Мюзикл.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Мир композитора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4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роднит музыку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изобразительным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искусством.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370" w:left="666" w:header="720" w:footer="720" w:gutter="0"/>
          <w:cols w:space="720" w:num="1" w:equalWidth="0">
            <w:col w:w="10584" w:space="0"/>
            <w:col w:w="10552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Небесное и земное в звуках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красках.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Звать через прошлое 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настоящему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Музыкальная живопись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живописная музыка.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Колокольность в музыке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изобразительном искусстве.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Портрет в музыке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изобразительном искусстве.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Волшебная палочка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дирижера.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Образы борьбы и победы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искусстве.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Застывшая музыка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Полифония в музыке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живописи.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 на мольберте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Импрессионизм в музыке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живописи.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 подвигах, о доблести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славе...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"В каждой мимолетности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вижу я миры..."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Мир композитора. С веком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наровне.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 среди искусств.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Вокально-хоровая работа.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08"/>
        </w:trPr>
        <w:tc>
          <w:tcPr>
            <w:tcW w:type="dxa" w:w="3720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</w:t>
            </w:r>
          </w:p>
        </w:tc>
        <w:tc>
          <w:tcPr>
            <w:tcW w:type="dxa" w:w="2810"/>
            <w:gridSpan w:val="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30" w:left="666" w:header="720" w:footer="720" w:gutter="0"/>
          <w:cols w:space="720" w:num="1" w:equalWidth="0"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98" w:lineRule="auto" w:before="346" w:after="0"/>
        <w:ind w:left="0" w:right="158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ОБЯЗАТЕЛЬНЫЕ УЧЕБНЫЕ МАТЕРИАЛЫ ДЛЯ УЧЕНИКА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Музыка, 5 класс /Сергеева Г.П., Критская Е.Д., Акционерное общество «Издательство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302" w:lineRule="auto" w:before="262" w:after="0"/>
        <w:ind w:left="0" w:right="345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МЕТОДИЧЕСКИЕ МАТЕРИАЛЫ ДЛЯ УЧИТЕЛЯ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Г.П. Сергеева, Е.Д. Кридская, издательство "Просвещение" 2019 год.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408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МАТЕРИАЛЬНО-ТЕХНИЧЕСКОЕ ОБЕСПЕЧЕНИЕ ОБРАЗОВАТЕЛЬНОГО ПРОЦЕССА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ПРАКТИЧЕСКИХ РАБОТ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52" w:space="0"/>
        <w:col w:w="10516" w:space="0"/>
        <w:col w:w="10584" w:space="0"/>
        <w:col w:w="9590" w:space="0"/>
        <w:col w:w="5934" w:space="0"/>
        <w:col w:w="3656" w:space="0"/>
        <w:col w:w="9590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